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2"/>
        </w:rPr>
        <w:t>توضیحات و درخواست اجرای کدنویسی Solidity قرارداد EPC</w:t>
      </w:r>
    </w:p>
    <w:p>
      <w:r>
        <w:rPr>
          <w:b/>
        </w:rPr>
        <w:t>سلام وقت بخیر.</w:t>
        <w:br/>
        <w:br/>
      </w:r>
      <w:r>
        <w:t>برای پایان‌نامه‌ام در زمینه تبدیل مفاد قرارداد EPC به قرارداد هوشمند/نیمه‌هوشمند با استفاده از Solidity و فناوری Blockchain، برای مرحله نهایی کدنویسی و اجرای عملی قرارداد نیاز به کمک تخصصی دارم.</w:t>
      </w:r>
    </w:p>
    <w:p>
      <w:pPr>
        <w:pStyle w:val="Heading1"/>
      </w:pPr>
      <w:r>
        <w:t>فایل‌های موجود</w:t>
      </w:r>
    </w:p>
    <w:p>
      <w:pPr>
        <w:pStyle w:val="ListBullet"/>
      </w:pPr>
      <w:r>
        <w:t>نسخه خام قرارداد EPC شامل دقیقاً ۱۸ ماده.</w:t>
      </w:r>
    </w:p>
    <w:p>
      <w:pPr>
        <w:pStyle w:val="ListBullet"/>
      </w:pPr>
      <w:r>
        <w:t>کدهای Solidity مربوط به همین ۱۸ ماده که بر اساس قرارداد نوشته شده‌اند، اما هنوز به‌صورت عملی Compile و Deploy نشده‌اند و خروجی اجرایی ندارند.</w:t>
      </w:r>
    </w:p>
    <w:p>
      <w:pPr>
        <w:pStyle w:val="Heading1"/>
      </w:pPr>
      <w:r>
        <w:t>کاری که نیاز دارم انجام شود</w:t>
      </w:r>
    </w:p>
    <w:p>
      <w:r>
        <w:t>لطفاً کدهای موجود را در محیط مناسب، ترجیحاً Remix IDE، بررسی، Compile، Deploy و Test کنید و خروجی واقعی و قابل ارائه از آن تهیه کنید.</w:t>
      </w:r>
    </w:p>
    <w:p>
      <w:pPr>
        <w:pStyle w:val="Heading1"/>
      </w:pPr>
      <w:r>
        <w:t>۱. کامپایل واقعی کدها</w:t>
      </w:r>
    </w:p>
    <w:p>
      <w:pPr>
        <w:pStyle w:val="ListBullet"/>
      </w:pPr>
      <w:r>
        <w:t>بررسی کدهای Solidity و رفع خطاهای احتمالی در صورت وجود.</w:t>
      </w:r>
    </w:p>
    <w:p>
      <w:pPr>
        <w:pStyle w:val="ListBullet"/>
      </w:pPr>
      <w:r>
        <w:t>Compile موفق کدها.</w:t>
      </w:r>
    </w:p>
    <w:p>
      <w:pPr>
        <w:pStyle w:val="ListBullet"/>
      </w:pPr>
      <w:r>
        <w:t>ثبت نسخه Solidity و تنظیمات مورد استفاده.</w:t>
      </w:r>
    </w:p>
    <w:p>
      <w:pPr>
        <w:pStyle w:val="Heading1"/>
      </w:pPr>
      <w:r>
        <w:t>۲. اجرای واقعی قرارداد</w:t>
      </w:r>
    </w:p>
    <w:p>
      <w:pPr>
        <w:pStyle w:val="ListBullet"/>
      </w:pPr>
      <w:r>
        <w:t>Deploy قرارداد در یک محیط تست مانند Remix VM.</w:t>
      </w:r>
    </w:p>
    <w:p>
      <w:pPr>
        <w:pStyle w:val="ListBullet"/>
      </w:pPr>
      <w:r>
        <w:t>اجرای توابع اصلی و انجام تست‌های لازم.</w:t>
      </w:r>
    </w:p>
    <w:p>
      <w:pPr>
        <w:pStyle w:val="ListBullet"/>
      </w:pPr>
      <w:r>
        <w:t>ثبت نتایج واقعی اجرای توابع.</w:t>
      </w:r>
    </w:p>
    <w:p>
      <w:pPr>
        <w:pStyle w:val="ListBullet"/>
      </w:pPr>
      <w:r>
        <w:t>بررسی تغییر وضعیت‌ها (State).</w:t>
      </w:r>
    </w:p>
    <w:p>
      <w:pPr>
        <w:pStyle w:val="ListBullet"/>
      </w:pPr>
      <w:r>
        <w:t>بررسی Eventها و Transactionها در صورت وجود.</w:t>
      </w:r>
    </w:p>
    <w:p>
      <w:pPr>
        <w:pStyle w:val="ListBullet"/>
      </w:pPr>
      <w:r>
        <w:t>ثبت خطاهای احتمالی و نحوه رفع آن‌ها.</w:t>
      </w:r>
    </w:p>
    <w:p>
      <w:pPr>
        <w:pStyle w:val="Heading1"/>
      </w:pPr>
      <w:r>
        <w:t>۳. خروجی مستند</w:t>
      </w:r>
    </w:p>
    <w:p>
      <w:r>
        <w:t>لطفاً خروجی کار فقط به صورت توضیح شفاهی نباشد و یک فایل مستند شامل موارد زیر تحویل شود:</w:t>
      </w:r>
    </w:p>
    <w:p>
      <w:pPr>
        <w:pStyle w:val="ListBullet"/>
      </w:pPr>
      <w:r>
        <w:t>کد نهایی Solidity.</w:t>
      </w:r>
    </w:p>
    <w:p>
      <w:pPr>
        <w:pStyle w:val="ListBullet"/>
      </w:pPr>
      <w:r>
        <w:t>نتیجه Compile.</w:t>
      </w:r>
    </w:p>
    <w:p>
      <w:pPr>
        <w:pStyle w:val="ListBullet"/>
      </w:pPr>
      <w:r>
        <w:t>نتیجه Deploy.</w:t>
      </w:r>
    </w:p>
    <w:p>
      <w:pPr>
        <w:pStyle w:val="ListBullet"/>
      </w:pPr>
      <w:r>
        <w:t>مشخصات قرارداد اجراشده.</w:t>
      </w:r>
    </w:p>
    <w:p>
      <w:pPr>
        <w:pStyle w:val="ListBullet"/>
      </w:pPr>
      <w:r>
        <w:t>توابع تست‌شده.</w:t>
      </w:r>
    </w:p>
    <w:p>
      <w:pPr>
        <w:pStyle w:val="ListBullet"/>
      </w:pPr>
      <w:r>
        <w:t>ورودی هر تست.</w:t>
      </w:r>
    </w:p>
    <w:p>
      <w:pPr>
        <w:pStyle w:val="ListBullet"/>
      </w:pPr>
      <w:r>
        <w:t>خروجی هر تست.</w:t>
      </w:r>
    </w:p>
    <w:p>
      <w:pPr>
        <w:pStyle w:val="ListBullet"/>
      </w:pPr>
      <w:r>
        <w:t>وضعیت قبل و بعد از اجرای تابع.</w:t>
      </w:r>
    </w:p>
    <w:p>
      <w:pPr>
        <w:pStyle w:val="ListBullet"/>
      </w:pPr>
      <w:r>
        <w:t>نتایج Transactionها.</w:t>
      </w:r>
    </w:p>
    <w:p>
      <w:pPr>
        <w:pStyle w:val="ListBullet"/>
      </w:pPr>
      <w:r>
        <w:t>Eventهای ایجادشده در صورت وجود.</w:t>
      </w:r>
    </w:p>
    <w:p>
      <w:pPr>
        <w:pStyle w:val="ListBullet"/>
      </w:pPr>
      <w:r>
        <w:t>نتیجه نهایی تست قرارداد.</w:t>
      </w:r>
    </w:p>
    <w:p>
      <w:r>
        <w:t>در صورت امکان، از مراحل مهم Compile، Deploy و اجرای توابع در Remix نیز Screenshot تهیه شود تا بتوانم از آن‌ها در پیوست پایان‌نامه استفاده کنم.</w:t>
      </w:r>
    </w:p>
    <w:p>
      <w:pPr>
        <w:pStyle w:val="Heading1"/>
      </w:pPr>
      <w:r>
        <w:t>۴. ارتباط کد با ۱۸ ماده قرارداد</w:t>
      </w:r>
    </w:p>
    <w:p>
      <w:r>
        <w:t>بسیار مهم است که مشخص باشد هر قسمت از کد مربوط به کدام ماده قرارداد EPC است. لطفاً در گزارش، ارتباط زیر برای مواد مربوطه مشخص شود:</w:t>
      </w:r>
    </w:p>
    <w:p>
      <w:pPr>
        <w:pStyle w:val="IntenseQuote"/>
      </w:pPr>
      <w:r>
        <w:t>ماده قرارداد → منطق کدنویسی → تابع Solidity → تست → خروجی واقعی</w:t>
      </w:r>
    </w:p>
    <w:p>
      <w:r>
        <w:t>اگر بعضی مواد به صورت Semi-Smart طراحی شده‌اند، تفاوت بخش خودکار و بخش نیازمند دخالت انسانی نیز توضیح داده شود. اگر ماده‌ای در مدل به صورت Traditional باقی مانده، برای آن کد ساختگی تولید نشود.</w:t>
      </w:r>
    </w:p>
    <w:p>
      <w:pPr>
        <w:pStyle w:val="Heading1"/>
      </w:pPr>
      <w:r>
        <w:t>۵. خروجی مورد نیاز برای فصل چهارم و پنجم</w:t>
      </w:r>
    </w:p>
    <w:p>
      <w:r>
        <w:t>برای فصل چهارم و فصل پنجم پایان‌نامه به نتایج واقعی این مرحله نیاز دارم. لطفاً یک فایل جداگانه تهیه شود که در آن به زبان علمی اما قابل فهم موارد زیر توضیح داده شود:</w:t>
      </w:r>
    </w:p>
    <w:p>
      <w:pPr>
        <w:pStyle w:val="ListBullet"/>
      </w:pPr>
      <w:r>
        <w:t>روش اجرای کدها.</w:t>
      </w:r>
    </w:p>
    <w:p>
      <w:pPr>
        <w:pStyle w:val="ListBullet"/>
      </w:pPr>
      <w:r>
        <w:t>نحوه Compile.</w:t>
      </w:r>
    </w:p>
    <w:p>
      <w:pPr>
        <w:pStyle w:val="ListBullet"/>
      </w:pPr>
      <w:r>
        <w:t>نحوه Deploy.</w:t>
      </w:r>
    </w:p>
    <w:p>
      <w:pPr>
        <w:pStyle w:val="ListBullet"/>
      </w:pPr>
      <w:r>
        <w:t>نحوه تست.</w:t>
      </w:r>
    </w:p>
    <w:p>
      <w:pPr>
        <w:pStyle w:val="ListBullet"/>
      </w:pPr>
      <w:r>
        <w:t>نتایج حاصل از اجرای قرارداد.</w:t>
      </w:r>
    </w:p>
    <w:p>
      <w:pPr>
        <w:pStyle w:val="ListBullet"/>
      </w:pPr>
      <w:r>
        <w:t>وضعیت مواد ۱۸گانه.</w:t>
      </w:r>
    </w:p>
    <w:p>
      <w:pPr>
        <w:pStyle w:val="ListBullet"/>
      </w:pPr>
      <w:r>
        <w:t>تعداد مواد Smart.</w:t>
      </w:r>
    </w:p>
    <w:p>
      <w:pPr>
        <w:pStyle w:val="ListBullet"/>
      </w:pPr>
      <w:r>
        <w:t>تعداد مواد Semi-Smart.</w:t>
      </w:r>
    </w:p>
    <w:p>
      <w:pPr>
        <w:pStyle w:val="ListBullet"/>
      </w:pPr>
      <w:r>
        <w:t>تعداد مواد Traditional.</w:t>
      </w:r>
    </w:p>
    <w:p>
      <w:pPr>
        <w:pStyle w:val="ListBullet"/>
      </w:pPr>
      <w:r>
        <w:t>نتایج حاصل از اجرای کد.</w:t>
      </w:r>
    </w:p>
    <w:p>
      <w:pPr>
        <w:pStyle w:val="ListBullet"/>
      </w:pPr>
      <w:r>
        <w:t>مزایای اجرای Blockchain/Smart Contract.</w:t>
      </w:r>
    </w:p>
    <w:p>
      <w:pPr>
        <w:pStyle w:val="ListBullet"/>
      </w:pPr>
      <w:r>
        <w:t>محدودیت‌های فنی و اجرایی.</w:t>
      </w:r>
    </w:p>
    <w:p>
      <w:pPr>
        <w:pStyle w:val="ListBullet"/>
      </w:pPr>
      <w:r>
        <w:t>محدودیت‌های مدل.</w:t>
      </w:r>
    </w:p>
    <w:p>
      <w:pPr>
        <w:pStyle w:val="ListBullet"/>
      </w:pPr>
      <w:r>
        <w:t>نتیجه‌گیری نهایی.</w:t>
      </w:r>
    </w:p>
    <w:p>
      <w:pPr>
        <w:pStyle w:val="Heading1"/>
      </w:pPr>
      <w:r>
        <w:t>۶. فایل مخصوص جلسه دفاع</w:t>
      </w:r>
    </w:p>
    <w:p>
      <w:r>
        <w:t>یک فایل جداگانه نیز می‌خواهم که به زبان ساده و قابل فهم توضیح دهد من در پایان‌نامه چه کاری انجام داده‌ام؛ به‌گونه‌ای که بتوانم در جلسه دفاع برای استاد و داورها روند کار را توضیح دهم:</w:t>
      </w:r>
    </w:p>
    <w:p>
      <w:r>
        <w:t>قرارداد خام EPC چه بود → ۱۸ ماده چگونه بررسی شدند → چگونه به Smart/Semi-Smart/Traditional تقسیم شدند → چگونه منطق آن‌ها به Solidity تبدیل شد → کد چگونه Compile و Deploy شد → چه تست‌هایی انجام شد → چه خروجی‌هایی به دست آمد → نتیجه نهایی چه بود.</w:t>
      </w:r>
    </w:p>
    <w:p>
      <w:r>
        <w:t>همچنین لطفاً نکات مهمی که ممکن است داور درباره کدنویسی سؤال کند و توضیح مناسب برای هر خروجی را نیز مشخص کنید.</w:t>
      </w:r>
    </w:p>
    <w:p>
      <w:pPr>
        <w:pStyle w:val="Heading1"/>
      </w:pPr>
      <w:r>
        <w:t>۷. نکته بسیار مهم</w:t>
      </w:r>
    </w:p>
    <w:p>
      <w:r>
        <w:rPr>
          <w:b/>
        </w:rPr>
        <w:t>لطفاً هیچ نتیجه یا خروجی ساختگی ارائه نشود.</w:t>
      </w:r>
    </w:p>
    <w:p>
      <w:r>
        <w:t>اگر کدی خطا دارد، ابتدا خطا مشخص و در صورت امکان اصلاح شود و سپس دوباره Compile و Test شود. اگر بخشی واقعاً قابل اجرا نیست، دقیقاً علت آن اعلام شود. خروجی واقعی Compile، Deploy و Test برای من بسیار مهم است؛ زیرا قرار است در فصل چهارم، فصل پنجم، پیوست پایان‌نامه و جلسه دفاع از آن استفاده کنم.</w:t>
      </w:r>
    </w:p>
    <w:p>
      <w:pPr>
        <w:pStyle w:val="Heading1"/>
      </w:pPr>
      <w:r>
        <w:t>فایل‌های مورد انتظار</w:t>
      </w:r>
    </w:p>
    <w:p>
      <w:pPr>
        <w:pStyle w:val="ListNumber"/>
      </w:pPr>
      <w:r>
        <w:t>فایل ۱: کد نهایی Solidity.</w:t>
      </w:r>
    </w:p>
    <w:p>
      <w:pPr>
        <w:pStyle w:val="ListNumber"/>
      </w:pPr>
      <w:r>
        <w:t>فایل ۲: گزارش کامل Compile / Deploy / Test و خروجی‌های واقعی.</w:t>
      </w:r>
    </w:p>
    <w:p>
      <w:pPr>
        <w:pStyle w:val="ListNumber"/>
      </w:pPr>
      <w:r>
        <w:t>فایل ۳: گزارش قابل استفاده برای فصل چهارم و پنجم.</w:t>
      </w:r>
    </w:p>
    <w:p>
      <w:pPr>
        <w:pStyle w:val="ListNumber"/>
      </w:pPr>
      <w:r>
        <w:t>فایل ۴: گزارش ساده و قابل ارائه برای جلسه دفاع.</w:t>
      </w:r>
    </w:p>
    <w:p>
      <w:pPr>
        <w:pStyle w:val="ListNumber"/>
      </w:pPr>
      <w:r>
        <w:t>فایل ۵: Screenshotهای مراحل مهم اجرای قرارداد برای استفاده در پیوست.</w:t>
      </w:r>
    </w:p>
    <w:p>
      <w:r>
        <w:t>فایل قرارداد خام ۱۸ ماده‌ای و فایل کد Solidity مربوط به ۱۸ ماده را در اختیار شما قرار می‌دهم.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B Lotus" w:hAnsi="B Lotus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